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JavaScript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Brillant, Alexandre/ </w:t>
            </w:r>
          </w:p>
        </w:tc>
      </w:tr>
      <w:tr>
        <w:trPr>
          <w:trHeight w:val="567"/>
        </w:trPr>
        <w:tc>
          <w:tcPr>
            <w:tcW w:type="dxa" w:w="3000"/>
          </w:tcPr>
          <w:p>
            <w:r>
              <w:t>Adresse bib.</w:t>
            </w:r>
          </w:p>
        </w:tc>
        <w:tc>
          <w:tcPr>
            <w:tcW w:type="dxa" w:w="7000"/>
          </w:tcPr>
          <w:p>
            <w:r>
              <w:t xml:space="preserve">ENI/ </w:t>
            </w:r>
          </w:p>
        </w:tc>
      </w:tr>
      <w:tr>
        <w:trPr>
          <w:trHeight w:val="567"/>
        </w:trPr>
        <w:tc>
          <w:tcPr>
            <w:tcW w:type="dxa" w:w="3000"/>
          </w:tcPr>
          <w:p>
            <w:r>
              <w:t>Nombre de Pages</w:t>
            </w:r>
          </w:p>
        </w:tc>
        <w:tc>
          <w:tcPr>
            <w:tcW w:type="dxa" w:w="7000"/>
          </w:tcPr>
          <w:p>
            <w:r>
              <w:t>366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x 18 cm</w:t>
            </w:r>
          </w:p>
        </w:tc>
      </w:tr>
      <w:tr>
        <w:trPr>
          <w:trHeight w:val="567"/>
        </w:trPr>
        <w:tc>
          <w:tcPr>
            <w:tcW w:type="dxa" w:w="3000"/>
          </w:tcPr>
          <w:p>
            <w:r>
              <w:t>Collection</w:t>
            </w:r>
          </w:p>
        </w:tc>
        <w:tc>
          <w:tcPr>
            <w:tcW w:type="dxa" w:w="7000"/>
          </w:tcPr>
          <w:p>
            <w:r>
              <w:t>Expert IT(N°:None)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9782746080478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java script (langage de programmation)/ </w:t>
            </w:r>
          </w:p>
        </w:tc>
      </w:tr>
    </w:tbl>
    <w:p>
      <w:pPr>
        <w:pStyle w:val="Heading3"/>
      </w:pPr>
      <w:r>
        <w:t>Résumé :</w:t>
      </w:r>
    </w:p>
    <w:p>
      <w:r>
        <w:t>Présentation du développement de JavaScript afin de démarrer dans la gestion de projet web pour un usage classique ou mobile. Permet également d'utiliser plus facilement des frameworks web adaptés au contexte d'exploitation comme JQuery ou Dojo.</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