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Conscience artificielle et  systèmes adaptatifs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Cardon,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p.p.377-380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conscience artificielle/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chercheurs et ingénieurs intéressés par l'intelligence artificielle, la modélisation des systèmes complexes et les architectures adaptatives.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