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de l'ordinateur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Carter, Nicholas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Schaum's(N°:None)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 p.p.357-360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2100068253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systéme d'exploitation/ microprogrammation/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réunit les notions essentielles liées à l'architecture des ordinateurs qu'il s'agisse de représentations des données, de conceptions des processeurs, de gestion de la mémoire, ou de systèmes d'entrées/sorties.</w:t>
        <w:br/>
        <w:br/>
        <w:t>185427/03  185428/03   185429/03   185430/03   185431/03   185432/03     185433/03      185477/03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