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Bachari,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El Bayen/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9961735013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chimique/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série d'exercices corrigés comportant souvent des définitions,que nous n'avons pas hésité à reprendre à chaque fois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