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mathématiques.T1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Derradji, Salah/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210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applications/ définitions/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concentré sur quelques chapitres d’Analyse Numérique - "Résolution d’une équation algébrique" - (Méthode de points fixes),"Extrapolation d’ Eitiken","Algorithme de Stephenson","Méthode de Newton"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