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Langages formels, calculabilité et complexité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Perrin, Dominique/ Carton,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9782711720774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formel/ fonction calculable/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en Licence 3 et en Master de Mathématiques ou d'informatique ainsi qu'aux candidats à l'Agrégation de mathématiques, option informatique, dont il couvre l'essentiel du programme.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