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L'algorithmique pas à pas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Bard, Pierre/ Rimouski, Cégep 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Beauchemin Ltée/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2761604318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langage pascal/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trace un itinéraire dont les jalons sont constitués par dix huit programmes exemples , on pourra suivre la genése compléte de chacun de ces programmes à partir de l'exposé du probléme jusqu'à l'écriture du programme en langage pascal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