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instrumentales d'analyse chimique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Burgot; Gwenola/ Burgot;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médicales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317-320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9782743008789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 chromatographique/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méthodes instrumentales les plus courantes utilisées en analyse quantitative (à l'exception du titrage) : méthodes de séparation et d'analyse chromatographiques comme électrophorétiques et méthodes spectrales.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