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instrumentales d'analyse chimique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Burgot, Gwenola/ Burgot, Jean-Louis/ </w:t>
            </w:r>
          </w:p>
        </w:tc>
      </w:tr>
      <w:tr>
        <w:trPr>
          <w:trHeight w:val="567"/>
        </w:trPr>
        <w:tc>
          <w:tcPr>
            <w:tcW w:type="dxa" w:w="3000"/>
          </w:tcPr>
          <w:p>
            <w:r>
              <w:t>Adresse bib.</w:t>
            </w:r>
          </w:p>
        </w:tc>
        <w:tc>
          <w:tcPr>
            <w:tcW w:type="dxa" w:w="7000"/>
          </w:tcPr>
          <w:p>
            <w:r>
              <w:t xml:space="preserve"> Tec et Doc/ Edition médicales internationales/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303-306</w:t>
            </w:r>
          </w:p>
        </w:tc>
      </w:tr>
      <w:tr>
        <w:trPr>
          <w:trHeight w:val="567"/>
        </w:trPr>
        <w:tc>
          <w:tcPr>
            <w:tcW w:type="dxa" w:w="3000"/>
          </w:tcPr>
          <w:p>
            <w:r>
              <w:t>Numéro d'Identification</w:t>
            </w:r>
          </w:p>
        </w:tc>
        <w:tc>
          <w:tcPr>
            <w:tcW w:type="dxa" w:w="7000"/>
          </w:tcPr>
          <w:p>
            <w:r>
              <w:t>274305769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spectrale/ électrophorèse/ </w:t>
            </w:r>
          </w:p>
        </w:tc>
      </w:tr>
    </w:tbl>
    <w:p>
      <w:pPr>
        <w:pStyle w:val="Heading3"/>
      </w:pPr>
      <w:r>
        <w:t>Résumé :</w:t>
      </w:r>
    </w:p>
    <w:p>
      <w:r>
        <w:t>Cet ouvrage rassemble de manière condensée les informations essentielles sur les méthodes instrumentales les plus utilisées en analyse quantitative, à l'exception du titrage : - les méthodes de séparation et d'analyse chromatographiques et électrophorétiques font l'objet de la première partie ; - la seconde partie présente les méthodes spectrales : spectrophotométrie d'absorption moléculaire, spectrofluorométrie moléculaire, turbidimétrie, néphélométrie, spectroscopie atomique, spectrométries d'absorption, et d'émission atomiques... En présentant certains développements théoriques poussés sur les principes fondamentaux de chacune de ces méthodes, cet ouvrage permet d'en optimiser la compréhension, l'utilisation et l'adaptation. Intégrant les derniers développements technologiques, toutes les méthodes sont illustrées par de nombreuses applications choisies dans des domaines aussi variés que la pharmacie, l'agroalimentaire, l'environnement ou l'analyse biologique. Par la richesse des exemples présentés, cet ouvrage s'adresse aux professionnels en activité ou en formation de l'analyse chimique, dans des disciplines aussi diverses que la pharmacie industrielle ou hospitalière, l'analyse biomédicale, l'industrie agroalimentaire, l'environnement, la répression des fraudes...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