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expérimentale.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Barbe, Romain/ Maréchal, Jean-François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Science-sup(N°:None)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279-294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29782100513772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chimie organigue/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coçu pour accompagner la pratique expérimentale des candidats aux CAPES  de sciences physiques et à l'agrégation de physique.Les candidats à l'agrégation de chimie y trouveront également des pages qui les concernent.Dans l'esprit des rapports de concours, les expérinces sont réuniies par chapitres thématiques dont l'introduction permet de positionner la chimie pratiquée par rapport à la vie de tous les jours(produits du quotidien, monde du vivant, chimie industrielle).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