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[Quatre cents] 400 manipulations commentées de chimie des solutions. V2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Bayle, Jean-Pierre/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693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 671-693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9782340002081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fonction de gran/ force ionique/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manuel de référence incontournable pour la préparation aux concours de l'enseignement (CAPES, Agrégation) et pour les étudiants de classes préparatoires et d'universités.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