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Collectif/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le cours de mathématique(N°:None)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 calcul propositionnel est la partie la plus élémentaire de la logique, dans la mesure ou le propositions ne sont pas analysées, mai simplement envisagées sous le rapport de leur vérité ou de leur fausseté. son étude représente pourtant une étape fondamentale, et certaines des propriètèe "fine" de calcule plus compliqués viennemt en fait de la structure propositionnelle sous-jacente.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