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et  intégral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391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x 18 cm</w:t>
            </w:r>
          </w:p>
        </w:tc>
      </w:tr>
      <w:tr>
        <w:trPr>
          <w:trHeight w:val="567"/>
        </w:trPr>
        <w:tc>
          <w:tcPr>
            <w:tcW w:type="dxa" w:w="3000"/>
          </w:tcPr>
          <w:p>
            <w:r>
              <w:t>Numéro d'Identification</w:t>
            </w:r>
          </w:p>
        </w:tc>
        <w:tc>
          <w:tcPr>
            <w:tcW w:type="dxa" w:w="7000"/>
          </w:tcPr>
          <w:p>
            <w:r>
              <w:t>9782804153786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calcul différentiel / </w:t>
            </w:r>
          </w:p>
        </w:tc>
      </w:tr>
    </w:tbl>
    <w:p>
      <w:pPr>
        <w:pStyle w:val="Heading3"/>
      </w:pPr>
      <w:r>
        <w:t>Résumé :</w:t>
      </w:r>
    </w:p>
    <w:p>
      <w:r>
        <w:t>Ce livre est une ressource pédagogique dédiée aux étudiants en mathématiques ou dans des domaines connexes, couvrant les concepts fondamentaux du calcul différentiel et intégral. Il propose des rappels théoriques sur les bases du calcul, notamment les dérivées, les intégrales, les limites, et d'autres notions essentielles. Le contenu est complété par des exercices corrigés qui permettent aux étudiants de s'exercer et de vérifier leur compréhension des concepts abordés. Les exercices varient en difficulté,...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