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Numéro d'Identification</w:t>
            </w:r>
          </w:p>
        </w:tc>
        <w:tc>
          <w:tcPr>
            <w:tcW w:type="dxa" w:w="7000"/>
          </w:tcPr>
          <w:p>
            <w:r>
              <w:t>9782804149072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calcul intégral/ concept mathématique/ </w:t>
            </w:r>
          </w:p>
        </w:tc>
      </w:tr>
    </w:tbl>
    <w:p>
      <w:pPr>
        <w:pStyle w:val="Heading3"/>
      </w:pPr>
      <w:r>
        <w:t>Résumé :</w:t>
      </w:r>
    </w:p>
    <w:p>
      <w:r>
        <w:t>Le livre analyse : cours et exercices corrigés" offre une introduction complète à l’analyse mathématique, avec un équilibre entre théorie et pratique. Il présente les concepts fondamentaux de l’analyse, tels que les fonctions, les suites et séries, les limites, la continuité, les dérivées, et les intégrales. Chaque chapitre est accompagné d'exercices corrigés détaillés, permettant aux étudiants de mieux comprendre les techniques et méthodes de résolution. Ce manuel est conçu pour aider les étudiants à renforcer leurs compétences en mathématiques et à aborder les problèmes d'analyse de manière structurée et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