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Chaabouni, Amel/ Dalang, Robert 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2880744830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algébre/ matrice/ équation linéaire/ équation non linéaire/ </w:t>
            </w:r>
          </w:p>
        </w:tc>
      </w:tr>
    </w:tbl>
    <w:p>
      <w:pPr>
        <w:pStyle w:val="Heading3"/>
      </w:pPr>
      <w:r>
        <w:t>Résumé :</w:t>
      </w:r>
    </w:p>
    <w:p>
      <w:r>
        <w:t>Présente les notions, résultats et définitions élémentaires d'algèbre linéaire, illustrés d'un large choix d'exercices et de leur corrigés. Cinq chapitres d'applications de l'algèbre linéaire sont par ailleurs offerts, présentant chacun un sujet de manière détaillée ainsi que plusieurs exercices en rapport direct avec le sujet présenté.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