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Phare(N°:None)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complexe/ équation algébrique/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particulièrement utile pour se préparer aux devoirs surveillés et aux concours, en offrant une pratique régulière et structurée des concepts étudiés en MPSI.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