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d'analyse.T2, analyse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Chatterji, Shrishti Dhar/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288074346X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vectorielle/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commence par une introduction aux nombres complexes et à la théorie des séries entières, posant ainsi les bases nécessaires à la compréhension des fonctions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