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Anthropobiologie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Larrouy; Georges/ Braga; José/ Y., Coppens/ Crubézy,Eric/ </w:t>
            </w:r>
          </w:p>
        </w:tc>
      </w:tr>
      <w:tr>
        <w:trPr>
          <w:trHeight w:val="567"/>
        </w:trPr>
        <w:tc>
          <w:tcPr>
            <w:tcW w:type="dxa" w:w="3000"/>
          </w:tcPr>
          <w:p>
            <w:r>
              <w:t>Edition</w:t>
            </w:r>
          </w:p>
        </w:tc>
        <w:tc>
          <w:tcPr>
            <w:tcW w:type="dxa" w:w="7000"/>
          </w:tcPr>
          <w:p>
            <w:r>
              <w:t>2eme éd.</w:t>
            </w:r>
          </w:p>
        </w:tc>
      </w:tr>
      <w:tr>
        <w:trPr>
          <w:trHeight w:val="567"/>
        </w:trPr>
        <w:tc>
          <w:tcPr>
            <w:tcW w:type="dxa" w:w="3000"/>
          </w:tcPr>
          <w:p>
            <w:r>
              <w:t>Adresse bib.</w:t>
            </w:r>
          </w:p>
        </w:tc>
        <w:tc>
          <w:tcPr>
            <w:tcW w:type="dxa" w:w="7000"/>
          </w:tcPr>
          <w:p>
            <w:r>
              <w:t xml:space="preserve">Elsevier-Masson/ </w:t>
            </w:r>
          </w:p>
        </w:tc>
      </w:tr>
      <w:tr>
        <w:trPr>
          <w:trHeight w:val="567"/>
        </w:trPr>
        <w:tc>
          <w:tcPr>
            <w:tcW w:type="dxa" w:w="3000"/>
          </w:tcPr>
          <w:p>
            <w:r>
              <w:t>Nombre de Pages</w:t>
            </w:r>
          </w:p>
        </w:tc>
        <w:tc>
          <w:tcPr>
            <w:tcW w:type="dxa" w:w="7000"/>
          </w:tcPr>
          <w:p>
            <w:r>
              <w:t>339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Abrégés(N°:None)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9782294088728</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anthropobiologie/ </w:t>
            </w:r>
          </w:p>
        </w:tc>
      </w:tr>
    </w:tbl>
    <w:p>
      <w:pPr>
        <w:pStyle w:val="Heading3"/>
      </w:pPr>
      <w:r>
        <w:t>Résumé :</w:t>
      </w:r>
    </w:p>
    <w:p>
      <w:r>
        <w:t>Cet ouvrage présente l'histoire naturelle de l'homme en insistant sur la spécificité et la diversité humaines des origines de la lignée à nos jours. Après une introduction situant la place de l'anthropobiologie dans les sciences actuelles, l'ouvrage présente les différentes théories et modèles de l'évolution humaine, l'originalité biologique de l'homme, les origines et le développement de la culture, les démarches et les méthodes de l'anthropobiologie, la démographie et l'écologie humaines, et enfin l'origine du peuplement des continents.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