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Choquet, Gustave/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2100052586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topologie/ </w:t>
            </w:r>
          </w:p>
        </w:tc>
      </w:tr>
    </w:tbl>
    <w:p>
      <w:pPr>
        <w:pStyle w:val="Heading3"/>
      </w:pPr>
      <w:r>
        <w:t>Résumé :</w:t>
      </w:r>
    </w:p>
    <w:p>
      <w:r>
        <w:t>Le cours de topologie de gustave choquet est un ouvrage destiné aux étudiants ayant déjà une formation en mathématiques, équivalente à une Licence. Il vise à introduire les outils fondamentaux de l'analyse moderne dans un cadre aussi simple que possible, en mettant l'accent sur les 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