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intégral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Charron, Gilles/ Pierre,Parent/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BEAUCHEMIN CHENELIERE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9782761654418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intégral/ </w:t>
            </w:r>
          </w:p>
        </w:tc>
      </w:tr>
    </w:tbl>
    <w:p>
      <w:pPr>
        <w:pStyle w:val="Heading3"/>
      </w:pPr>
      <w:r>
        <w:t>Résumé :</w:t>
      </w:r>
    </w:p>
    <w:p>
      <w:r>
        <w:t>Un ouvrage québécois prépare en fonction des besoin exprimés par les enseignantes du réseau collégial.</w:t>
        <w:br/>
        <w:br/>
        <w:t>un approche programme qui fait appel aux autres disciplines des sciences de la nature.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