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PC 6 en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Lambert, Daniel/ Tavernier, Serge De/ Bucki, Lisa/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6 en 1(N°:None)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583-598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2744003557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internet/ </w:t>
            </w:r>
          </w:p>
        </w:tc>
      </w:tr>
    </w:tbl>
    <w:p>
      <w:pPr>
        <w:pStyle w:val="Heading3"/>
      </w:pPr>
      <w:r>
        <w:t>Résumé :</w:t>
      </w:r>
    </w:p>
    <w:p>
      <w:r>
        <w:t>Cet ouvrage très complet, vous maîtriserez très rapidement le fonctionnement de votre PC. Organisé en chapitres courts, clairs et assimilables en une dizaine de minutes, il vous aide à choisir, à utiliser et à entretenir votre ordinateur. Vous apprendrez à utiliser efficacement le système d'exploitation Windows 95 (OSR 2) et les applications fonctionnant dans cet environnement. Vous découvrirez comment configurer votre PC pour vous connecter à l'Internet et en exploiter toutes les ressources : la recherche d'informations sur le Web, la messagerie électronique, la participation aux groupes de News, le téléchargement de fichiers, etc. Le PC 6 en 1 vous indique comment améliorer les performances de votre ordinateur en y ajoutant des composants ou des périphériques plus récents ou plus puissants. Vous serez en mesure de protéger votre PC contre les virus.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