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 pour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Bellan, Philippe/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325-328</w:t>
            </w:r>
          </w:p>
        </w:tc>
      </w:tr>
      <w:tr>
        <w:trPr>
          <w:trHeight w:val="567"/>
        </w:trPr>
        <w:tc>
          <w:tcPr>
            <w:tcW w:type="dxa" w:w="3000"/>
          </w:tcPr>
          <w:p>
            <w:r>
              <w:t>Numéro d'Identification</w:t>
            </w:r>
          </w:p>
        </w:tc>
        <w:tc>
          <w:tcPr>
            <w:tcW w:type="dxa" w:w="7000"/>
          </w:tcPr>
          <w:p>
            <w:r>
              <w:t>9782729861193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excel/ ingénierie/ </w:t>
            </w:r>
          </w:p>
        </w:tc>
      </w:tr>
    </w:tbl>
    <w:p>
      <w:pPr>
        <w:pStyle w:val="Heading3"/>
      </w:pPr>
      <w:r>
        <w:t>Résumé :</w:t>
      </w:r>
    </w:p>
    <w:p>
      <w:r>
        <w:t>Cet ouvrage décrit les fonctions disponibles avec Excel, puis quelques méthodes numériques simples permettant de calculer des intégrales, de résoudre des équations différentielles, d'obtenir les solutions de systèmes linéaires ou non, de traiter des problèmes d'optimisation... Les méthodes numériques présentées, qui sont très simples, peuvent d'ailleurs être complétées par des algorithmes plus puissants, compatibles aussi avec Excel. Enfin, la dernière partie de l'ouvrage est consacrée à l'utilisation du VBA, également compatible, qui permet de développer des applications complètes mêlant programmation et fonctions Excel.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