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et techniques de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Benmohammed,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concepts essentiels de l’informatique et des techniques de programmation, permettant aux lecteurs d’acquérir une base solide pour le développement d’algorithmes et de programmes informatiques.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