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champion de la programmation DELPHI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9789947850039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delphi/ langage pascal/ </w:t>
            </w:r>
          </w:p>
        </w:tc>
      </w:tr>
    </w:tbl>
    <w:p>
      <w:pPr>
        <w:pStyle w:val="Heading3"/>
      </w:pPr>
      <w:r>
        <w:t>Résumé :</w:t>
      </w:r>
    </w:p>
    <w:p>
      <w:r>
        <w:t>Cet Ouvrage est un caverne d'Ali Baba engorgée d'applications,exercices et d'études de cas sur presque tous les thèmes de la programmation "Le Champion de la programmation Delphi" destiné aussi bien aux débutants qu'aux utilisateurs chevronnés.sans négliger les aspects théoriques,</w:t>
        <w:br/>
        <w:br/>
        <w:t>L'ouvrage donne toujours priorité à la pratique afin que l'utilisateur devienne trés vite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