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S'initier à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Schenck, Michèle/ Born, Gunter/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Temps libre(N°:None)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p.p.327-332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windows server/ </w:t>
            </w:r>
          </w:p>
        </w:tc>
      </w:tr>
    </w:tbl>
    <w:p>
      <w:pPr>
        <w:pStyle w:val="Heading3"/>
      </w:pPr>
      <w:r>
        <w:t>Résumé :</w:t>
      </w:r>
    </w:p>
    <w:p>
      <w:r>
        <w:t>Ce livre est fait pour vous ! Guidés par des mots simples et de nombreuses illustrations, vos débuts seront faciles et agréables. Vous prendrez le temps de découvrir pas à pas les bases de la navigation sur le Web et les formidables possibilités que vous offre Internet. Au terme de votre lecture, vous aurez appris à connecter votre ordinateur et vous saurez utiliser le Web au quotidien pour rechercher des informations, envoyer des messages et dialoguer dans les forums de discussion.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