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XML par la pratique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Boulanger, Thierry/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ENI/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Ressources informatiques(N°:None)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367-377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9782746094468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document multimédia/ internet/ structure de donnée/ </w:t>
            </w:r>
          </w:p>
        </w:tc>
      </w:tr>
    </w:tbl>
    <w:p>
      <w:pPr>
        <w:pStyle w:val="Heading3"/>
      </w:pPr>
      <w:r>
        <w:t>Résumé :</w:t>
      </w:r>
    </w:p>
    <w:p>
      <w:r>
        <w:t>L'ouvrage présente les concepts fondamentaux de XML à travers des cas pratiques à implémenter. Il aborde notamment la syntaxe du langage XML, montre comment concevoir des documents et des grammaires XML simples, comment mettre en forme des documents XML et les lier entre eux.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