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compression des images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Boukelif, Aoued/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203-207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 d'image/ technique d'image/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concu pour etre accessible à tous étudiants ingénieurs des cycles universitaires et des écoles techniques supérieures des métiers des télécommunications (audio,TV,télématique....) et de l'informatique y trouveront des informations essentiellees qui ne sont pas les leur</w:t>
        <w:br/>
        <w:br/>
        <w:t>Aux cghercheures,scientifiques et enseignants, ce livre apporte un outile de travail et une base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