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Graph theory in operations research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Boffey, T.B./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The Macmillan Press LTD/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0333282140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 and computer/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Some basic concepts</w:t>
        <w:br/>
        <w:br/>
        <w:t>Branch-and bound methods</w:t>
        <w:br/>
        <w:br/>
        <w:t>Shortest route problerms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