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booléennes et calculateurs arithmétiques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Chinal,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XVIII-508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Techniques de l'automatisme(N°:None)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475-480.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algèbre de informatique/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constitue une introduction à la théorie des réseaux de communication binaires (circuits logiques binaires) tels qu'on les rencontre dans les automatisme industriels, les systèmes de communications, et plus particulièrement les calculateurs arthmétiques.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