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Analyse, 2e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Muller, Hervé/ Degrave, Danielle/ Degrave,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Précis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2749503833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Ouvrage de référence, conforme au programme des prépas HEC : un cours complet, clair et précis, illustré de nombreux exemples, une méthodologie proposant l'essentiel des savoir-faire et leur mise en oeuvre, des exercices classés par thèmes, répartis en deux niveaux de difficulté et des extraits de problèmes de concours avec des solutions détaillées.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