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Transformation de Laplace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Demengel,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Universités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2729811443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transformation de laplace/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pour les étudiants en mathématique, physique et physique appliquée, niveau master Suite de l'ouvrage "Mesures et distributions, théories et exemples d'application pour la transformation de Laplace".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