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de mathématiques. V1, analyse et géométrie différentielle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Debeaumarché,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2729818626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géométrie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Cours et exercices corrigés : fonctions usuelles, équations différentielles, étude et construction des courbes paramétrées et notamment des coniques, analyse à une variable avec les notions de limite, de continuité, de dérivabilité, avec le calcul différentiel et intégral et analyse à plusieurs variables.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