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Unix administration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Bouchaudy, Jean-François/ Goubet,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guides de formation Tsoft(N°:None)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administration système/ réseaux unix/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aider les utilisateurs avancés de Linux à se familiariser avec les tâches d'administration système et réseau. Il couvre les aspects essentiels de la gestion des systèmes Unix commerciaux (AIX, HP-UX, IRIX, Solaris, Tru64, UnixWare) ainsi que des systèmes open source comme Linux. De plus, il s'adresse aux administrateurs Windows NT/2000 souhaitant migrer vers Unix.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