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techniques de la recherche opérationnelle1,la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Bougherra,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9789961654842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administration système/ réseaux unix/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conçu pour aider les utilisateurs avancés du système Unix à acquérir une maîtrise rapide des tâches d'administration, couvrant des aspects tels que la gestion réseau et la sécurité. Il s'adresse également aux administrateurs de systèmes Unix commerciaux (AIX, HP-UX, Solaris) et open source (Linux), ainsi qu'aux administrateurs Windows souhaitant migrer vers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