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algol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Broise,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recherche opérationnelle(N°:None)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p.p.97-99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algol/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introduire les concepts fondamentaux d'Algol, un langage mathématique formel conçu pour la description et la traduction des algorithmes destinés aux calculateurs électroniques. Grâce à sa simplicité, sa commodité d'emploi et son caractère universel, Algol facilite les échanges entre chercheurs et techniciens, optimisant ainsi l'utilisation des capacités du calcul 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