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et problemes résolus.T3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Crestey,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intégrale/ espace métrique/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souhaitant approfondir leur compréhension des mathématiques et se préparer efficacement aux concours des grandes écoles.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