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Analyse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Costantini, Gilles/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De Boeck/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749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Prépas scientifiques(N°:None)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741- 749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9782804166274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analyse fonctionnelle/ mathematique/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 propose une approche détaillée et illustrée du programme d'analyse, adaptée aux besoins des étudiants entrant en prépa :</w:t>
        <w:br/>
        <w:br/>
        <w:t>" Cours détaillés : Chaque chapitre présente des démonstrations claires, accompagnées de nombreuses figures pour faciliter la compréhension des concepts.</w:t>
        <w:br/>
        <w:br/>
        <w:t>" Exercices corrigés : Plus de 200 exercices sont proposés, chacun suivi d'une correction détaillée permettant de vérifier et d'approfondir les acquis.</w:t>
        <w:br/>
        <w:br/>
        <w:t>" Repères historiques : Des informations sur les mathématiciens et les théorèmes sont intégrées, offrant un contexte historique enrichissant.</w:t>
        <w:br/>
        <w:br/>
        <w:t>" Compléments pour approfondissement : Des sections supplémentaires sont destinées aux lecteurs souhaitant approfondir certains aspects du programme officiel.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