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Mathématiques, BCPST Véto 1re année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Damin,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XVI-640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633-640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9782729829346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mathématiques/ algébre/ logiciel/ fonction de variable réelle complexe/ probabilités/ </w:t>
            </w:r>
          </w:p>
        </w:tc>
      </w:tr>
    </w:tbl>
    <w:p>
      <w:pPr>
        <w:pStyle w:val="Heading3"/>
      </w:pPr>
      <w:r>
        <w:t>Résumé :</w:t>
      </w:r>
    </w:p>
    <w:p>
      <w:r>
        <w:t>Correspondant au programme 2003 des CPGE du type BCPST-VETO 1re année, l'ouvrage aborde la géométrie, l'algèbre linéaire, l'analyse et les probabilités avec des exercices d'application, une initiation à l'informatique et l'utilisation d'un logiciel de calcul numérique scientifique.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