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Calvo, Adina/ Calvo, Bernard/ Doyen, Jacques/ Boschet, Francoise/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Série"mathématiques"(N°:None)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d'une série de recueils d'exercices à l'usage des étudiants en mathématique du premier cycle des universités et des classes préparatoires aux grandes écoles. ce volume fait suite au livre d'exercices d'algèbre pour M.P.I. et spéciales A A,déja paru dans la meme collection...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