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d'analyse.T6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Calvo, Adina/ Calvo, Bernard/ Doyen, Jacques/ Boschet, Francoise/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U. Série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mathematique/ </w:t>
            </w:r>
          </w:p>
        </w:tc>
      </w:tr>
    </w:tbl>
    <w:p>
      <w:pPr>
        <w:pStyle w:val="Heading3"/>
      </w:pPr>
      <w:r>
        <w:t>Résumé :</w:t>
      </w:r>
    </w:p>
    <w:p>
      <w:r>
        <w:t>Ce volume est conserné à l'étude des foctions de variable complexe et contient quelques notions d'analyse de fourier</w:t>
        <w:br/>
        <w:br/>
        <w:t>l'essentiel du chapitre 1 est la présentation de la théorie de cauchy des fonctions holomorphe si et seulement si elle est analytisue et on donne quelques conséquences de ce résultat.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