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Ezra, Jacques/ Couty, Raymond/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 Série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traité des questions d'analyse généralement étudiées en M.P., deuxième année il est concu comme une introduction à l'analyse ;on a cherché à donner des motivations et des explications détaillées,les tréories présentées sont illustrées d'exemples. des exercices généralement trés simples sont insérés dans le cours du texte; d'autres demandant une recheche plus approfondie sont indiqués en fin de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