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prépa MP-MP*, PSI-PSI*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Yebbou, Johan/ Dehame, François/ Chevallet,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497-501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Analyse, prépa MP-MP, PSI-PSI* : 482 exercices et problèmes corrigés* de Jacques Chevallet est conçu pour accompagner les étudiants des classes préparatoires scientifiques (MP, MP*, PSI, PSI*) dans leur étude de l'analyse mathématique.</w:t>
        <w:br/>
        <w:br/>
        <w:t>Cet ouvrage est particulièrement apprécié pour sa clarté, sa rigueur et sa capacité à guider l'étudiant tout au long de sa préparation.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