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Decomps-Guilloux, Annette/ Bories-Longuet, Francette/ Jaraud,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CAPES / AGREG(N°:None)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2100048422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calcul intégral/ nombre réel/ </w:t>
            </w:r>
          </w:p>
        </w:tc>
      </w:tr>
    </w:tbl>
    <w:p>
      <w:pPr>
        <w:pStyle w:val="Heading3"/>
      </w:pPr>
      <w:r>
        <w:t>Résumé :</w:t>
      </w:r>
    </w:p>
    <w:p>
      <w:r>
        <w:t>L'ouvrage Capes de mathématiques : nos 20 sujets préférés de Francette Bories-Longuet, Annette Decomps-Guilloux, Pierre Jarraud, Sylvie Méléard et Claude Piquet, publié en 2000, est une compilation de 20 sujets issus des concours du CAPES de mathématiques, couvrant les sessions de 1984 à 1995.</w:t>
        <w:br/>
        <w:br/>
        <w:br/>
        <w:br/>
        <w:t>Chaque sujet est accompagné de son énoncé détaillé et de corrigés complets, permettant aux candidats de se familiariser avec la structure des épreuves et les attentes des examinateurs.</w:t>
        <w:br/>
        <w:br/>
        <w:br/>
        <w:br/>
        <w:t>Cet ouvrage est particulièrement utile pour les étudiants préparant le CAPES, car il offre une vision claire des types de problèmes posés et des méthodes de résolution attendues.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