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résolus d'algèbre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Chambadal,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 niveau universitaire qui souhaitent renforcer leur compréhension des concepts algébriques à travers une multitude d'exercices pratiques. Il offre une approche méthodique et complète des sujets de l'algèbre, et constitue une ressource précieuse pour l'étude personnelle et la préparation aux examens. Grâce à son large éventail d'exercices et à la clarté de ses solutions, il aide les étudiants à mieux appréhender les fondements de l'algèbre tout en développant des compétences solides pour aborder des problèmes plus complexes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