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en algorithmique et en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Peltier, Samuel/ Arnould, Agnès/ Fuchs, Laurent/ Lienhardt,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9782340047761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programmation/ algorithmique/ </w:t>
            </w:r>
          </w:p>
        </w:tc>
      </w:tr>
    </w:tbl>
    <w:p>
      <w:pPr>
        <w:pStyle w:val="Heading3"/>
      </w:pPr>
      <w:r>
        <w:t>Résumé :</w:t>
      </w:r>
    </w:p>
    <w:p>
      <w:r>
        <w:t>C'est un ouvrage pédagogique conçu pour initier et approfondir les connaissances des lecteurs en algorithmique et en programmation. Voici un résumé des principaux éléments abordés dans le livre :</w:t>
        <w:br/>
        <w:br/>
        <w:t>-Introduction à l'algorithmique : Le livre débute par une présentation des concepts fondamentaux de l'algorithmique, y compris la définition d'un algorithme, ses propriétés et son importance en programmation.</w:t>
        <w:br/>
        <w:br/>
        <w:t>-Structures de contrôle : Lienhardt explique les différentes structures de contrôle disponibles en programmation, telles que les conditions (if-then-else), les boucles (for, while) et les structures de sélection.</w:t>
        <w:br/>
        <w:br/>
        <w:t>-Types de données et structures complexes : L'auteur aborde les types de données fondamentaux (entiers, réels, chaînes de caractères) ainsi que les structures de données plus complexes comme les tableaux et les listes, en détaillant leur utilisation et leur implémentation.</w:t>
        <w:br/>
        <w:br/>
        <w:t>-Langages de programmation : Bien que le livre soit axé sur des concepts généraux, Lienhardt évoque également les langages de programmation couramment utilisés pour mettre en œuvre des algorithmes, avec une attention particulière portée sur des langages tels que Python ou C.</w:t>
        <w:br/>
        <w:br/>
        <w:t>-Exercices pratiques : Ce qui distingue cet ouvrage, c'est son ensemble de 120 exercices corrigés, qui permettent aux lecteurs de mettre en pratique les concepts appris. Chaque exercice est accompagné d'une correction détaillée pour faciliter la compréhension et l'apprentissage.</w:t>
        <w:br/>
        <w:br/>
        <w:t>-Applications et cas d'utilisation : Lienhardt illustre l'importance de l'algorithmique et de la programmation dans divers domaines, permettant ainsi aux lecteurs de voir l'impact et l'application pratique de leurs compétences.</w:t>
        <w:br/>
        <w:br/>
        <w:br/>
        <w:br/>
        <w:t>Ce livre présente les notions de base de l'Algorithmique - Programmation, selon une démarche progressive qui s'appuie sur plusieurs années d'expérience didactique sur le sujet. Les notions sont mises en œuvre sur de nombreux exemples, et dans 120 exercices commentés et corrigés.</w:t>
        <w:br/>
        <w:br/>
        <w:t>Ce livre est destiné à toute personne désireuse de concevoir et de développer des algorithmes. Aucun prérequis n'est nécessaire : l'ouvrage s'adresse donc à tout étudiant de 1ère année (licence, DUT, BTS, classe préparatoire), voire de première ou de terminale, ainsi qu'à toute personne intéressée par les concepts fondamentaux de l'Algorithmique - Programmation et à leur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