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organisations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René/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2225756694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base de données/ système d'information/ typologie des systèmes/ </w:t>
            </w:r>
          </w:p>
        </w:tc>
      </w:tr>
    </w:tbl>
    <w:p>
      <w:pPr>
        <w:pStyle w:val="Heading3"/>
      </w:pPr>
      <w:r>
        <w:t>Résumé :</w:t>
      </w:r>
    </w:p>
    <w:p>
      <w:r>
        <w:t>C'est un ouvrage qui traite des concepts fondamentaux liés aux systèmes d'information et aux bases de données dans le contexte de l'organisation des données au sein des entreprises. Voici les principaux thèmes abordés dans le livre :</w:t>
        <w:br/>
        <w:br/>
        <w:t>Introduction aux systèmes d'information : Benoît commence par définir ce qu'est un système d'information, son rôle dans les organisations et son importance pour la prise de décision et la gestion des opérations. Il explore l'interaction entre les données, les personnes et les processus.</w:t>
        <w:br/>
        <w:br/>
        <w:t>-Modèle de données et conception : L'auteur aborde les différents modèles de données (hiérarchique, relationnel, orienté objet) et leur application dans la conception de bases de données. Il met en avant l'importance d'un bon schéma de conception pour garantir l'intégrité et l'efficacité des données.</w:t>
        <w:br/>
        <w:br/>
        <w:t>-Bases de données relationnelles : Le livre se concentre sur les bases de données relationnelles, expliquant les concepts de tables, de clés, de relations et de normalisation. Benoît décrit également le langage SQL (Structured Query Language) et son utilisation pour manipuler les données.</w:t>
        <w:br/>
        <w:br/>
        <w:t>-Organisation des données : Benoît discute des méthodes et techniques de stockage des données, de l'indexation, et des systèmes de gestion de bases de données (SGBD), en examinant les critères de choix d'un SGBD en fonction des besoins organisationnels.</w:t>
        <w:br/>
        <w:br/>
        <w:t>-Sécurité et intégrité des données : L'ouvrage aborde aussi les enjeux de sécurité des bases de données, y compris les concepts d'accès aux données, de contrôle d'accès, et de gestion des sauvegardes pour assurer l'intégrité des informations.</w:t>
        <w:br/>
        <w:br/>
        <w:t>-Cas pratiques et applications : A travers des exemples concrets, Benoît illustre comment les systèmes d'information et les bases de données sont appliqués dans des contextes organisationnels réels, permettant ainsi aux lecteurs de mieux comprendre leur pertinence et leur impact.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