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 d'exploitation mécanismes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Belkhir, Abdelkader/ </w:t>
            </w:r>
          </w:p>
        </w:tc>
      </w:tr>
      <w:tr>
        <w:trPr>
          <w:trHeight w:val="567"/>
        </w:trPr>
        <w:tc>
          <w:tcPr>
            <w:tcW w:type="dxa" w:w="3000"/>
          </w:tcPr>
          <w:p>
            <w:r>
              <w:t>Edition</w:t>
            </w:r>
          </w:p>
        </w:tc>
        <w:tc>
          <w:tcPr>
            <w:tcW w:type="dxa" w:w="7000"/>
          </w:tcPr>
          <w:p>
            <w:r>
              <w:t>5ème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9789961006771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 informatique/ exécution de programme/ modèle de processus/ </w:t>
            </w:r>
          </w:p>
        </w:tc>
      </w:tr>
    </w:tbl>
    <w:p>
      <w:pPr>
        <w:pStyle w:val="Heading3"/>
      </w:pPr>
      <w:r>
        <w:t>Résumé :</w:t>
      </w:r>
    </w:p>
    <w:p>
      <w:r>
        <w:t>C'est  une ressource pédagogique qui vise à introduire les concepts fondamentaux des systèmes d'exploitation. Voici un résumé des principales thématiques qu'il couvre :</w:t>
        <w:br/>
        <w:br/>
        <w:t>-Introduction aux systèmes d'exploitation : Le livre commence par définir ce qu'est un système d'exploitation et son rôle crucial dans la gestion des ressources matérielles et logicielles d'un ordinateur. On y trouve des discussions sur l'importance et l'évolution des systèmes d'exploitation.</w:t>
        <w:br/>
        <w:br/>
        <w:t>-Architecture des systèmes d'exploitation : L'auteur aborde les différentes structures d'un SE, comme les monolithiques, les micro-noyaux, et les systèmes hybrides, en expliquant comment chaque architecture influence le fonctionnement et les performances.</w:t>
        <w:br/>
        <w:br/>
        <w:t>-Gestion des processus : Une grande partie du livre est consacrée à la gestion des processus, incluant la création, la planification, et la synchronisation des processus. On y échange sur les différents algorithmes de planification et les techniques de communication entre processus.</w:t>
        <w:br/>
        <w:br/>
        <w:t>-Gestion de la mémoire : Belkhir aborde les concepts de mémoire vive, de mémoire virtuelle, ainsi que des techniques d'allocation mémoire, la pagination, et la segmentation, tout en discutant des enjeux liés à la protection de la mémoire.</w:t>
        <w:br/>
        <w:br/>
        <w:t>-Systèmes de fichiers : Le traitement et la gestion des systèmes de fichiers sont examinés, avec une attention particulière sur la structure et l'organisation des fichiers, la gestion des permissions, et les méthodes d'accès aux données.</w:t>
        <w:br/>
        <w:br/>
        <w:t>-Entrées/Sorties : Le livre décrit les mécanismes de gestion des entrées et sorties, la communication avec les périphériques, et comment les systèmes d'exploitation interfacent avec le matériel.</w:t>
        <w:br/>
        <w:br/>
        <w:t>-Sécurité et protection : L'auteur inclut également des chapitres sur la sécurité des systèmes d'exploitation, abordant les menaces potentielles, les vulnérabilités, et les mécanismes de protection des données et des ressources.</w:t>
        <w:br/>
        <w:br/>
        <w:t>-Exemples pratiques : Tout au long du livre, Belkhir propose des exemples concrets et des cas d'études pour illustrer les concepts théoriques et aider à la compréhension.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