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d'exploitation mécanisme de base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Belkhir, Abdelkader/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9961002431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informatique/ exécution de programme/ cheminement d'un programme/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plusieurs chapitres tel que :</w:t>
        <w:br/>
        <w:br/>
        <w:t>-Evolution des systèmes d'exploitation</w:t>
        <w:br/>
        <w:br/>
        <w:t>-Mécanismes de base d'exécution des programmes</w:t>
        <w:br/>
        <w:br/>
        <w:t>-Le Modèle de processus</w:t>
        <w:br/>
        <w:br/>
        <w:t xml:space="preserve">-Le système d'interruption </w:t>
        <w:br/>
        <w:br/>
        <w:t>-Gestion d'entrées/sorties physiques</w:t>
        <w:br/>
        <w:br/>
        <w:t>-Gestion de processus central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