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Formation au traitement de textes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du savoir(N°:None)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9961734882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de texte/ word xp/ mise en page/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l'utilisation de microsoft WORD xp à travers des excemples pratiques relevant des domaines de traitement de texte,d'édition des decuments professionnels et de mise en page éditoriale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