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Formation au tableur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Les Plages Bleues Internetionales/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savoir(N°:None)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9961734890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xp/ feuille Excel/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-Découvrir l'environnement de travail excel XP</w:t>
        <w:br/>
        <w:br/>
        <w:t>-Saisir et calculer dans un tableau</w:t>
        <w:br/>
        <w:br/>
        <w:t>-Mettre en forme et en page un feuille Excel</w:t>
        <w:br/>
        <w:br/>
        <w:t>-Utiliser des formules de calculs complexes</w:t>
        <w:br/>
        <w:br/>
        <w:t>-Lier et consolider plusieurs tableaux</w:t>
        <w:br/>
        <w:br/>
        <w:t>-Créer un base de données avec Excel</w:t>
        <w:br/>
        <w:br/>
        <w:t>-Créer un modèle de classeur</w:t>
        <w:br/>
        <w:br/>
        <w:t>-Programmer les tâches avec les macros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